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BDE62" w14:textId="77777777" w:rsidR="00FE5C91" w:rsidRDefault="00000000">
      <w:pPr>
        <w:spacing w:after="240" w:line="240" w:lineRule="auto"/>
        <w:jc w:val="center"/>
      </w:pPr>
      <w:r>
        <w:rPr>
          <w:b/>
          <w:sz w:val="36"/>
        </w:rPr>
        <w:t>ALL INCLUSIVE CONCEPT</w:t>
      </w:r>
    </w:p>
    <w:p w14:paraId="64CF1B35" w14:textId="77777777" w:rsidR="00FE5C91" w:rsidRDefault="00000000">
      <w:pPr>
        <w:spacing w:after="280" w:line="240" w:lineRule="auto"/>
        <w:jc w:val="center"/>
      </w:pPr>
      <w:r>
        <w:rPr>
          <w:b/>
          <w:sz w:val="28"/>
        </w:rPr>
        <w:t>SUMMER 2027</w:t>
      </w:r>
    </w:p>
    <w:p w14:paraId="7853B6A3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MAIN RESTAURANT WITH TERRACE</w:t>
      </w:r>
    </w:p>
    <w:tbl>
      <w:tblPr>
        <w:tblW w:w="107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18"/>
        <w:gridCol w:w="4555"/>
      </w:tblGrid>
      <w:tr w:rsidR="00FE5C91" w14:paraId="0A903B32" w14:textId="77777777" w:rsidTr="00D03DC9">
        <w:trPr>
          <w:jc w:val="center"/>
        </w:trPr>
        <w:tc>
          <w:tcPr>
            <w:tcW w:w="6218" w:type="dxa"/>
            <w:shd w:val="clear" w:color="auto" w:fill="EDEDED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928B1E" w14:textId="77777777" w:rsidR="00FE5C91" w:rsidRDefault="00000000">
            <w:pPr>
              <w:spacing w:after="0" w:line="240" w:lineRule="auto"/>
            </w:pPr>
            <w:r>
              <w:rPr>
                <w:b/>
              </w:rPr>
              <w:t>Service</w:t>
            </w:r>
          </w:p>
        </w:tc>
        <w:tc>
          <w:tcPr>
            <w:tcW w:w="4555" w:type="dxa"/>
            <w:shd w:val="clear" w:color="auto" w:fill="EDEDED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6EFDA23" w14:textId="77777777" w:rsidR="00FE5C91" w:rsidRDefault="00000000">
            <w:pPr>
              <w:spacing w:after="0" w:line="240" w:lineRule="auto"/>
            </w:pPr>
            <w:r>
              <w:rPr>
                <w:b/>
              </w:rPr>
              <w:t>Time</w:t>
            </w:r>
          </w:p>
        </w:tc>
      </w:tr>
      <w:tr w:rsidR="00FE5C91" w14:paraId="3C2B66CF" w14:textId="77777777" w:rsidTr="00D03DC9">
        <w:trPr>
          <w:jc w:val="center"/>
        </w:trPr>
        <w:tc>
          <w:tcPr>
            <w:tcW w:w="6218" w:type="dxa"/>
            <w:vAlign w:val="center"/>
          </w:tcPr>
          <w:p w14:paraId="5A3BB5C5" w14:textId="77777777" w:rsidR="00FE5C91" w:rsidRDefault="00000000">
            <w:pPr>
              <w:spacing w:after="0" w:line="240" w:lineRule="auto"/>
            </w:pPr>
            <w:r>
              <w:t>Breakfast buffet</w:t>
            </w:r>
          </w:p>
        </w:tc>
        <w:tc>
          <w:tcPr>
            <w:tcW w:w="4555" w:type="dxa"/>
            <w:vAlign w:val="center"/>
          </w:tcPr>
          <w:p w14:paraId="3FB920C8" w14:textId="77777777" w:rsidR="00FE5C91" w:rsidRDefault="00000000">
            <w:pPr>
              <w:spacing w:after="0" w:line="240" w:lineRule="auto"/>
            </w:pPr>
            <w:r>
              <w:t>07:30 - 10:00</w:t>
            </w:r>
          </w:p>
        </w:tc>
      </w:tr>
      <w:tr w:rsidR="00FE5C91" w14:paraId="44A5D073" w14:textId="77777777" w:rsidTr="00D03DC9">
        <w:trPr>
          <w:jc w:val="center"/>
        </w:trPr>
        <w:tc>
          <w:tcPr>
            <w:tcW w:w="6218" w:type="dxa"/>
            <w:vAlign w:val="center"/>
          </w:tcPr>
          <w:p w14:paraId="6813D7FB" w14:textId="77777777" w:rsidR="00FE5C91" w:rsidRDefault="00000000">
            <w:pPr>
              <w:spacing w:after="0" w:line="240" w:lineRule="auto"/>
            </w:pPr>
            <w:r>
              <w:t>Lunch buffet</w:t>
            </w:r>
          </w:p>
        </w:tc>
        <w:tc>
          <w:tcPr>
            <w:tcW w:w="4555" w:type="dxa"/>
            <w:vAlign w:val="center"/>
          </w:tcPr>
          <w:p w14:paraId="5C51AEA5" w14:textId="77777777" w:rsidR="00FE5C91" w:rsidRDefault="00000000">
            <w:pPr>
              <w:spacing w:after="0" w:line="240" w:lineRule="auto"/>
            </w:pPr>
            <w:r>
              <w:t>12:00 - 14:00</w:t>
            </w:r>
          </w:p>
        </w:tc>
      </w:tr>
      <w:tr w:rsidR="00FE5C91" w14:paraId="086E4E8E" w14:textId="77777777" w:rsidTr="00D03DC9">
        <w:trPr>
          <w:jc w:val="center"/>
        </w:trPr>
        <w:tc>
          <w:tcPr>
            <w:tcW w:w="6218" w:type="dxa"/>
            <w:vAlign w:val="center"/>
          </w:tcPr>
          <w:p w14:paraId="283AA3D2" w14:textId="77777777" w:rsidR="00FE5C91" w:rsidRDefault="00000000">
            <w:pPr>
              <w:spacing w:after="0" w:line="240" w:lineRule="auto"/>
            </w:pPr>
            <w:r>
              <w:t>Dinner buffet</w:t>
            </w:r>
          </w:p>
        </w:tc>
        <w:tc>
          <w:tcPr>
            <w:tcW w:w="4555" w:type="dxa"/>
            <w:vAlign w:val="center"/>
          </w:tcPr>
          <w:p w14:paraId="6CAB732C" w14:textId="77777777" w:rsidR="00FE5C91" w:rsidRDefault="00000000">
            <w:pPr>
              <w:spacing w:after="0" w:line="240" w:lineRule="auto"/>
            </w:pPr>
            <w:r>
              <w:t>18:00 - 21:00</w:t>
            </w:r>
          </w:p>
        </w:tc>
      </w:tr>
    </w:tbl>
    <w:p w14:paraId="0AC862E6" w14:textId="77777777" w:rsidR="00FE5C91" w:rsidRDefault="00FE5C91">
      <w:pPr>
        <w:spacing w:after="40" w:line="240" w:lineRule="auto"/>
      </w:pPr>
    </w:p>
    <w:p w14:paraId="4486C5B4" w14:textId="77777777" w:rsidR="00FE5C91" w:rsidRDefault="00000000">
      <w:pPr>
        <w:spacing w:after="0" w:line="240" w:lineRule="auto"/>
        <w:ind w:left="259" w:hanging="187"/>
      </w:pPr>
      <w:r>
        <w:t>•   2 themed dinners per week</w:t>
      </w:r>
    </w:p>
    <w:p w14:paraId="015B746B" w14:textId="77777777" w:rsidR="00FE5C91" w:rsidRDefault="00000000">
      <w:pPr>
        <w:spacing w:after="0" w:line="240" w:lineRule="auto"/>
        <w:ind w:left="259" w:hanging="187"/>
      </w:pPr>
      <w:r>
        <w:t>•   Healthy &amp; local food corner</w:t>
      </w:r>
    </w:p>
    <w:p w14:paraId="2C8DE12C" w14:textId="77777777" w:rsidR="00FE5C91" w:rsidRDefault="00000000">
      <w:pPr>
        <w:spacing w:after="0" w:line="240" w:lineRule="auto"/>
        <w:ind w:left="259" w:hanging="187"/>
      </w:pPr>
      <w:r>
        <w:t>•   Live show cooking section</w:t>
      </w:r>
    </w:p>
    <w:p w14:paraId="5A042695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SNACK RESTAURANT/PUB</w:t>
      </w:r>
    </w:p>
    <w:tbl>
      <w:tblPr>
        <w:tblW w:w="1063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3513"/>
        <w:gridCol w:w="4282"/>
      </w:tblGrid>
      <w:tr w:rsidR="00FE5C91" w14:paraId="027D854B" w14:textId="77777777" w:rsidTr="00D03DC9">
        <w:trPr>
          <w:jc w:val="center"/>
        </w:trPr>
        <w:tc>
          <w:tcPr>
            <w:tcW w:w="2836" w:type="dxa"/>
            <w:shd w:val="clear" w:color="auto" w:fill="EDEDED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49000D" w14:textId="77777777" w:rsidR="00FE5C9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Offer</w:t>
            </w:r>
          </w:p>
        </w:tc>
        <w:tc>
          <w:tcPr>
            <w:tcW w:w="3513" w:type="dxa"/>
            <w:shd w:val="clear" w:color="auto" w:fill="EDEDED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93D3AE" w14:textId="77777777" w:rsidR="00FE5C9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Time</w:t>
            </w:r>
          </w:p>
        </w:tc>
        <w:tc>
          <w:tcPr>
            <w:tcW w:w="4282" w:type="dxa"/>
            <w:shd w:val="clear" w:color="auto" w:fill="EDEDED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D2C95DA" w14:textId="77777777" w:rsidR="00FE5C9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Description</w:t>
            </w:r>
          </w:p>
        </w:tc>
      </w:tr>
      <w:tr w:rsidR="00FE5C91" w14:paraId="07394F18" w14:textId="77777777" w:rsidTr="00D03DC9">
        <w:trPr>
          <w:jc w:val="center"/>
        </w:trPr>
        <w:tc>
          <w:tcPr>
            <w:tcW w:w="2836" w:type="dxa"/>
            <w:vAlign w:val="center"/>
          </w:tcPr>
          <w:p w14:paraId="246F5175" w14:textId="28E649B8" w:rsidR="00FE5C91" w:rsidRPr="009C312B" w:rsidRDefault="00000000">
            <w:pPr>
              <w:spacing w:after="0" w:line="240" w:lineRule="auto"/>
            </w:pPr>
            <w:r w:rsidRPr="0067653A">
              <w:rPr>
                <w:sz w:val="17"/>
              </w:rPr>
              <w:t>Brunch</w:t>
            </w:r>
            <w:r w:rsidR="009C312B" w:rsidRPr="0067653A">
              <w:rPr>
                <w:sz w:val="17"/>
                <w:lang w:val="bg-BG"/>
              </w:rPr>
              <w:t xml:space="preserve"> (</w:t>
            </w:r>
            <w:r w:rsidR="009C312B" w:rsidRPr="0067653A">
              <w:rPr>
                <w:sz w:val="17"/>
              </w:rPr>
              <w:t>Main Restaurant)</w:t>
            </w:r>
          </w:p>
        </w:tc>
        <w:tc>
          <w:tcPr>
            <w:tcW w:w="3513" w:type="dxa"/>
            <w:vAlign w:val="center"/>
          </w:tcPr>
          <w:p w14:paraId="5D94CCB9" w14:textId="486D08C2" w:rsidR="00FE5C91" w:rsidRDefault="00000000">
            <w:pPr>
              <w:spacing w:after="0" w:line="240" w:lineRule="auto"/>
            </w:pPr>
            <w:r>
              <w:rPr>
                <w:sz w:val="17"/>
              </w:rPr>
              <w:t xml:space="preserve">10:00 - </w:t>
            </w:r>
            <w:r w:rsidRPr="0067653A">
              <w:rPr>
                <w:sz w:val="17"/>
              </w:rPr>
              <w:t>1</w:t>
            </w:r>
            <w:r w:rsidR="009C312B" w:rsidRPr="0067653A">
              <w:rPr>
                <w:sz w:val="17"/>
                <w:lang w:val="bg-BG"/>
              </w:rPr>
              <w:t>1</w:t>
            </w:r>
            <w:r w:rsidRPr="0067653A">
              <w:rPr>
                <w:sz w:val="17"/>
              </w:rPr>
              <w:t>:00</w:t>
            </w:r>
          </w:p>
        </w:tc>
        <w:tc>
          <w:tcPr>
            <w:tcW w:w="4282" w:type="dxa"/>
            <w:vAlign w:val="center"/>
          </w:tcPr>
          <w:p w14:paraId="307EB02C" w14:textId="77777777" w:rsidR="00FE5C91" w:rsidRDefault="00000000">
            <w:pPr>
              <w:spacing w:after="0" w:line="240" w:lineRule="auto"/>
            </w:pPr>
            <w:r>
              <w:rPr>
                <w:sz w:val="17"/>
              </w:rPr>
              <w:t>Drinks: water, non-alcoholic drinks, coffee, cold and hot drinks.</w:t>
            </w:r>
          </w:p>
        </w:tc>
      </w:tr>
      <w:tr w:rsidR="00FE5C91" w14:paraId="0F56BEB7" w14:textId="77777777" w:rsidTr="00D03DC9">
        <w:trPr>
          <w:jc w:val="center"/>
        </w:trPr>
        <w:tc>
          <w:tcPr>
            <w:tcW w:w="2836" w:type="dxa"/>
            <w:vAlign w:val="center"/>
          </w:tcPr>
          <w:p w14:paraId="3C9C0DA8" w14:textId="77777777" w:rsidR="00FE5C91" w:rsidRDefault="00000000">
            <w:pPr>
              <w:spacing w:after="0" w:line="240" w:lineRule="auto"/>
            </w:pPr>
            <w:r>
              <w:rPr>
                <w:sz w:val="17"/>
              </w:rPr>
              <w:t>Snacks, pizza, hot-dog</w:t>
            </w:r>
          </w:p>
        </w:tc>
        <w:tc>
          <w:tcPr>
            <w:tcW w:w="3513" w:type="dxa"/>
            <w:vAlign w:val="center"/>
          </w:tcPr>
          <w:p w14:paraId="49C4B9E0" w14:textId="0DBF5993" w:rsidR="00FE5C91" w:rsidRDefault="00000000">
            <w:pPr>
              <w:spacing w:after="0" w:line="240" w:lineRule="auto"/>
            </w:pPr>
            <w:r>
              <w:rPr>
                <w:sz w:val="17"/>
              </w:rPr>
              <w:t>15:00 - 1</w:t>
            </w:r>
            <w:r w:rsidR="0067653A">
              <w:rPr>
                <w:sz w:val="17"/>
              </w:rPr>
              <w:t>7</w:t>
            </w:r>
            <w:r>
              <w:rPr>
                <w:sz w:val="17"/>
              </w:rPr>
              <w:t>:00</w:t>
            </w:r>
          </w:p>
        </w:tc>
        <w:tc>
          <w:tcPr>
            <w:tcW w:w="4282" w:type="dxa"/>
            <w:vAlign w:val="center"/>
          </w:tcPr>
          <w:p w14:paraId="1B1BAA08" w14:textId="77777777" w:rsidR="00FE5C91" w:rsidRDefault="00000000">
            <w:pPr>
              <w:spacing w:after="0" w:line="240" w:lineRule="auto"/>
            </w:pPr>
            <w:r>
              <w:rPr>
                <w:sz w:val="17"/>
              </w:rPr>
              <w:t>Drinks: water, local alcoholic and non-alcoholic drinks, beer, wine, hot and cold drinks.</w:t>
            </w:r>
          </w:p>
        </w:tc>
      </w:tr>
      <w:tr w:rsidR="00FE5C91" w14:paraId="284DE8AB" w14:textId="77777777" w:rsidTr="00D03DC9">
        <w:trPr>
          <w:jc w:val="center"/>
        </w:trPr>
        <w:tc>
          <w:tcPr>
            <w:tcW w:w="2836" w:type="dxa"/>
            <w:vAlign w:val="center"/>
          </w:tcPr>
          <w:p w14:paraId="0DDF22BD" w14:textId="77777777" w:rsidR="00FE5C91" w:rsidRDefault="00000000">
            <w:pPr>
              <w:spacing w:after="0" w:line="240" w:lineRule="auto"/>
            </w:pPr>
            <w:r>
              <w:rPr>
                <w:sz w:val="17"/>
              </w:rPr>
              <w:t>Sweet corner with fruits, ice-cream and pastries</w:t>
            </w:r>
          </w:p>
        </w:tc>
        <w:tc>
          <w:tcPr>
            <w:tcW w:w="3513" w:type="dxa"/>
            <w:vAlign w:val="center"/>
          </w:tcPr>
          <w:p w14:paraId="44445F3D" w14:textId="77777777" w:rsidR="00FE5C91" w:rsidRDefault="00000000">
            <w:pPr>
              <w:spacing w:after="0" w:line="240" w:lineRule="auto"/>
            </w:pPr>
            <w:r>
              <w:rPr>
                <w:sz w:val="17"/>
              </w:rPr>
              <w:t>15:00 - 17:00</w:t>
            </w:r>
          </w:p>
        </w:tc>
        <w:tc>
          <w:tcPr>
            <w:tcW w:w="4282" w:type="dxa"/>
            <w:vAlign w:val="center"/>
          </w:tcPr>
          <w:p w14:paraId="0E0671F1" w14:textId="77777777" w:rsidR="00FE5C91" w:rsidRDefault="00000000">
            <w:pPr>
              <w:spacing w:after="0" w:line="240" w:lineRule="auto"/>
            </w:pPr>
            <w:r>
              <w:rPr>
                <w:sz w:val="17"/>
              </w:rPr>
              <w:t>Drinks served: water, non-alcoholic drinks, local spirits and liquors, beer, wine, tea, coffee. Service hours: 10:00 - 23:00.</w:t>
            </w:r>
          </w:p>
        </w:tc>
      </w:tr>
    </w:tbl>
    <w:p w14:paraId="4FE3B1DA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POOL BAR</w:t>
      </w:r>
    </w:p>
    <w:p w14:paraId="6D2AC7D7" w14:textId="3991F3E4" w:rsidR="00FE5C91" w:rsidRDefault="00000000">
      <w:pPr>
        <w:spacing w:after="20" w:line="240" w:lineRule="auto"/>
      </w:pPr>
      <w:r>
        <w:t>Working hours: 0</w:t>
      </w:r>
      <w:r w:rsidR="0067653A">
        <w:t>9</w:t>
      </w:r>
      <w:r>
        <w:t xml:space="preserve">:00 - </w:t>
      </w:r>
      <w:r w:rsidRPr="0067653A">
        <w:t>2</w:t>
      </w:r>
      <w:r w:rsidR="004C3E32" w:rsidRPr="0067653A">
        <w:rPr>
          <w:lang w:val="bg-BG"/>
        </w:rPr>
        <w:t>0</w:t>
      </w:r>
      <w:r w:rsidRPr="0067653A">
        <w:t>:00</w:t>
      </w:r>
    </w:p>
    <w:p w14:paraId="1D418688" w14:textId="77777777" w:rsidR="00FE5C91" w:rsidRDefault="00000000">
      <w:pPr>
        <w:spacing w:after="20" w:line="240" w:lineRule="auto"/>
      </w:pPr>
      <w:r>
        <w:t>Drinks: water, non-alcoholic drinks, juices, beer, wine, local spirits and liquors, coffee, tea.</w:t>
      </w:r>
    </w:p>
    <w:p w14:paraId="75D2D9F5" w14:textId="77777777" w:rsidR="00FE5C91" w:rsidRDefault="00000000">
      <w:pPr>
        <w:spacing w:after="20" w:line="240" w:lineRule="auto"/>
      </w:pPr>
      <w:r>
        <w:t>Alcoholic and non-alcoholic cocktails. Self-service.</w:t>
      </w:r>
    </w:p>
    <w:p w14:paraId="350081F1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POOL AREA</w:t>
      </w:r>
    </w:p>
    <w:p w14:paraId="6F85D0CA" w14:textId="77777777" w:rsidR="00FE5C91" w:rsidRDefault="00000000">
      <w:pPr>
        <w:spacing w:after="20" w:line="240" w:lineRule="auto"/>
      </w:pPr>
      <w:r>
        <w:t>Working hours: 08:00 - 20:00.</w:t>
      </w:r>
    </w:p>
    <w:p w14:paraId="7BA7D834" w14:textId="77777777" w:rsidR="00FE5C91" w:rsidRDefault="00000000">
      <w:pPr>
        <w:spacing w:after="20" w:line="240" w:lineRule="auto"/>
      </w:pPr>
      <w:r>
        <w:t>Outdoor swimming pool and separate children’s pool.</w:t>
      </w:r>
    </w:p>
    <w:p w14:paraId="711E48C9" w14:textId="77777777" w:rsidR="00FE5C91" w:rsidRDefault="00000000">
      <w:pPr>
        <w:spacing w:after="20" w:line="240" w:lineRule="auto"/>
      </w:pPr>
      <w:r>
        <w:t>Sunbeds and umbrellas at the pool free of charge - upon availability.</w:t>
      </w:r>
    </w:p>
    <w:p w14:paraId="31DB37A3" w14:textId="77777777" w:rsidR="00FE5C91" w:rsidRDefault="00000000">
      <w:pPr>
        <w:spacing w:after="20" w:line="240" w:lineRule="auto"/>
      </w:pPr>
      <w:r>
        <w:t>Beach towels available against deposit - 15.00 EUR. Service hours: 09:00 - 11:00 and 14:00 - 16:00.</w:t>
      </w:r>
    </w:p>
    <w:p w14:paraId="41F2425B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FOR CHILDREN</w:t>
      </w:r>
    </w:p>
    <w:p w14:paraId="05E8643F" w14:textId="77777777" w:rsidR="00FE5C91" w:rsidRDefault="00000000">
      <w:pPr>
        <w:spacing w:after="20" w:line="240" w:lineRule="auto"/>
      </w:pPr>
      <w:r>
        <w:t>Kids Club (4-12 years), 6 days per week (01.06 - 15.09), baby feeding chairs, game zone (extra charge), baby cot (on request, free of charge).</w:t>
      </w:r>
    </w:p>
    <w:p w14:paraId="3F5A676E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DAY AND EVENING ENTERTAINMENT PROGRAM</w:t>
      </w:r>
    </w:p>
    <w:p w14:paraId="0A3EB6B0" w14:textId="77777777" w:rsidR="00FE5C91" w:rsidRDefault="00000000">
      <w:pPr>
        <w:spacing w:after="20" w:line="240" w:lineRule="auto"/>
      </w:pPr>
      <w:r>
        <w:t>Outdoor scene.</w:t>
      </w:r>
    </w:p>
    <w:p w14:paraId="22F33B9B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SPORTS ACTIVITIES</w:t>
      </w:r>
    </w:p>
    <w:p w14:paraId="68426F97" w14:textId="77777777" w:rsidR="00FE5C91" w:rsidRDefault="00000000">
      <w:pPr>
        <w:spacing w:after="20" w:line="240" w:lineRule="auto"/>
      </w:pPr>
      <w:r>
        <w:t>Volleyball, basketball, football, boccia, darts, aqua gymnastics (01.06 - 15.09).</w:t>
      </w:r>
    </w:p>
    <w:p w14:paraId="57BFDC3B" w14:textId="41C88253" w:rsidR="00FE5C91" w:rsidRDefault="00FE5C91"/>
    <w:p w14:paraId="76709E3E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ADDITIONAL SERVICES FREE OF CHARGE</w:t>
      </w:r>
    </w:p>
    <w:p w14:paraId="5973B66B" w14:textId="77777777" w:rsidR="00FE5C91" w:rsidRDefault="00000000">
      <w:pPr>
        <w:spacing w:after="0" w:line="240" w:lineRule="auto"/>
        <w:ind w:left="259" w:hanging="187"/>
      </w:pPr>
      <w:r>
        <w:t>•   Wi-Fi (public areas and rooms)</w:t>
      </w:r>
    </w:p>
    <w:p w14:paraId="472A177D" w14:textId="77777777" w:rsidR="00FE5C91" w:rsidRDefault="00000000">
      <w:pPr>
        <w:spacing w:after="0" w:line="240" w:lineRule="auto"/>
        <w:ind w:left="259" w:hanging="187"/>
      </w:pPr>
      <w:r>
        <w:t>•   Fitness</w:t>
      </w:r>
    </w:p>
    <w:p w14:paraId="34D3F07A" w14:textId="77777777" w:rsidR="00FE5C91" w:rsidRDefault="00000000">
      <w:pPr>
        <w:spacing w:after="0" w:line="240" w:lineRule="auto"/>
        <w:ind w:left="259" w:hanging="187"/>
      </w:pPr>
      <w:r>
        <w:t>•   Iron and electric kettle available</w:t>
      </w:r>
    </w:p>
    <w:p w14:paraId="41BD3889" w14:textId="77777777" w:rsidR="00FE5C91" w:rsidRDefault="00000000">
      <w:pPr>
        <w:spacing w:after="0" w:line="240" w:lineRule="auto"/>
        <w:ind w:left="259" w:hanging="187"/>
      </w:pPr>
      <w:r>
        <w:t>•   Wake-up service</w:t>
      </w:r>
    </w:p>
    <w:p w14:paraId="132EACCD" w14:textId="77777777" w:rsidR="00FE5C91" w:rsidRDefault="00000000">
      <w:pPr>
        <w:spacing w:after="0" w:line="240" w:lineRule="auto"/>
        <w:ind w:left="259" w:hanging="187"/>
      </w:pPr>
      <w:r>
        <w:t>•   Table tennis</w:t>
      </w:r>
    </w:p>
    <w:p w14:paraId="00A7DD76" w14:textId="77777777" w:rsidR="00FE5C91" w:rsidRDefault="00000000">
      <w:pPr>
        <w:spacing w:after="0" w:line="240" w:lineRule="auto"/>
        <w:ind w:left="259" w:hanging="187"/>
      </w:pPr>
      <w:r>
        <w:t>•   Safety deposit box</w:t>
      </w:r>
    </w:p>
    <w:p w14:paraId="6197ADD2" w14:textId="77777777" w:rsidR="0056437E" w:rsidRDefault="0056437E">
      <w:pPr>
        <w:pBdr>
          <w:bottom w:val="single" w:sz="6" w:space="1" w:color="BFBFBF"/>
        </w:pBdr>
        <w:spacing w:before="100" w:after="30" w:line="240" w:lineRule="auto"/>
        <w:rPr>
          <w:b/>
          <w:sz w:val="20"/>
          <w:lang w:val="bg-BG"/>
        </w:rPr>
      </w:pPr>
    </w:p>
    <w:p w14:paraId="40773100" w14:textId="77777777" w:rsidR="0056437E" w:rsidRDefault="0056437E">
      <w:pPr>
        <w:pBdr>
          <w:bottom w:val="single" w:sz="6" w:space="1" w:color="BFBFBF"/>
        </w:pBdr>
        <w:spacing w:before="100" w:after="30" w:line="240" w:lineRule="auto"/>
        <w:rPr>
          <w:b/>
          <w:sz w:val="20"/>
          <w:lang w:val="bg-BG"/>
        </w:rPr>
      </w:pPr>
    </w:p>
    <w:p w14:paraId="014F291C" w14:textId="77777777" w:rsidR="0056437E" w:rsidRDefault="0056437E">
      <w:pPr>
        <w:pBdr>
          <w:bottom w:val="single" w:sz="6" w:space="1" w:color="BFBFBF"/>
        </w:pBdr>
        <w:spacing w:before="100" w:after="30" w:line="240" w:lineRule="auto"/>
        <w:rPr>
          <w:b/>
          <w:sz w:val="20"/>
          <w:lang w:val="bg-BG"/>
        </w:rPr>
      </w:pPr>
    </w:p>
    <w:p w14:paraId="42E7B90E" w14:textId="379F9CCD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lastRenderedPageBreak/>
        <w:t>SERVICES AT EXTRA CHARGE</w:t>
      </w:r>
    </w:p>
    <w:p w14:paraId="4EB328F9" w14:textId="77777777" w:rsidR="00FE5C91" w:rsidRDefault="00000000">
      <w:pPr>
        <w:spacing w:after="0" w:line="240" w:lineRule="auto"/>
        <w:ind w:left="259" w:hanging="187"/>
      </w:pPr>
      <w:r>
        <w:t>•   Telephone in the room</w:t>
      </w:r>
    </w:p>
    <w:p w14:paraId="4A37CA6C" w14:textId="77777777" w:rsidR="00FE5C91" w:rsidRDefault="00000000">
      <w:pPr>
        <w:spacing w:after="0" w:line="240" w:lineRule="auto"/>
        <w:ind w:left="259" w:hanging="187"/>
      </w:pPr>
      <w:r>
        <w:t>•   Bicycles for rent</w:t>
      </w:r>
    </w:p>
    <w:p w14:paraId="595D75A3" w14:textId="77777777" w:rsidR="00FE5C91" w:rsidRDefault="00000000">
      <w:pPr>
        <w:spacing w:after="0" w:line="240" w:lineRule="auto"/>
        <w:ind w:left="259" w:hanging="187"/>
      </w:pPr>
      <w:r>
        <w:t>•   Billiards</w:t>
      </w:r>
    </w:p>
    <w:p w14:paraId="7176D756" w14:textId="77777777" w:rsidR="00FE5C91" w:rsidRDefault="00000000">
      <w:pPr>
        <w:spacing w:after="0" w:line="240" w:lineRule="auto"/>
        <w:ind w:left="259" w:hanging="187"/>
      </w:pPr>
      <w:r>
        <w:t>•   Late check-out and early check-in (upon availability)</w:t>
      </w:r>
    </w:p>
    <w:p w14:paraId="772FF85F" w14:textId="77777777" w:rsidR="00FE5C91" w:rsidRDefault="00000000">
      <w:pPr>
        <w:spacing w:after="0" w:line="240" w:lineRule="auto"/>
        <w:ind w:left="259" w:hanging="187"/>
      </w:pPr>
      <w:r>
        <w:t>•   Room service</w:t>
      </w:r>
    </w:p>
    <w:p w14:paraId="065857B7" w14:textId="77777777" w:rsidR="00FE5C91" w:rsidRDefault="00000000">
      <w:pPr>
        <w:spacing w:after="0" w:line="240" w:lineRule="auto"/>
        <w:ind w:left="259" w:hanging="187"/>
      </w:pPr>
      <w:r>
        <w:t>•   Mini bar (on request)</w:t>
      </w:r>
    </w:p>
    <w:p w14:paraId="0629BD0F" w14:textId="77777777" w:rsidR="00FE5C91" w:rsidRDefault="00000000">
      <w:pPr>
        <w:spacing w:after="0" w:line="240" w:lineRule="auto"/>
        <w:ind w:left="259" w:hanging="187"/>
      </w:pPr>
      <w:r>
        <w:t>•   Laundry service</w:t>
      </w:r>
    </w:p>
    <w:p w14:paraId="0A46970F" w14:textId="77777777" w:rsidR="00FE5C91" w:rsidRDefault="00000000">
      <w:pPr>
        <w:spacing w:after="0" w:line="240" w:lineRule="auto"/>
        <w:ind w:left="259" w:hanging="187"/>
      </w:pPr>
      <w:r>
        <w:t>•   Taxi</w:t>
      </w:r>
    </w:p>
    <w:p w14:paraId="511DCD2D" w14:textId="77777777" w:rsidR="00FE5C91" w:rsidRDefault="00000000">
      <w:pPr>
        <w:spacing w:after="0" w:line="240" w:lineRule="auto"/>
        <w:ind w:left="259" w:hanging="187"/>
      </w:pPr>
      <w:r>
        <w:t>•   Rent a car</w:t>
      </w:r>
    </w:p>
    <w:p w14:paraId="7F55100F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PARKING</w:t>
      </w:r>
    </w:p>
    <w:p w14:paraId="7D56120C" w14:textId="6ED28A77" w:rsidR="00FE5C91" w:rsidRDefault="00000000">
      <w:pPr>
        <w:spacing w:after="20" w:line="240" w:lineRule="auto"/>
      </w:pPr>
      <w:r>
        <w:t>1</w:t>
      </w:r>
      <w:r w:rsidR="0067653A">
        <w:t>2</w:t>
      </w:r>
      <w:r>
        <w:t>.00 EUR per day, upon availability. It is not possible to reserve a parking place in advance.</w:t>
      </w:r>
    </w:p>
    <w:p w14:paraId="69FF4746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PETS</w:t>
      </w:r>
    </w:p>
    <w:p w14:paraId="015E3E72" w14:textId="77777777" w:rsidR="00FE5C91" w:rsidRDefault="00000000">
      <w:pPr>
        <w:spacing w:after="20" w:line="240" w:lineRule="auto"/>
      </w:pPr>
      <w:r>
        <w:t>Pets up to 5 kg are acceptable upon request. The fee is 10 EUR per day.</w:t>
      </w:r>
    </w:p>
    <w:p w14:paraId="178E521D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CHECK-IN / CHECK-OUT</w:t>
      </w:r>
    </w:p>
    <w:p w14:paraId="49F0ECF1" w14:textId="77777777" w:rsidR="00FE5C91" w:rsidRDefault="00000000">
      <w:pPr>
        <w:spacing w:after="20" w:line="240" w:lineRule="auto"/>
      </w:pPr>
      <w:r>
        <w:t>Check-in: 15:00 / Check-out: 11:00.</w:t>
      </w:r>
    </w:p>
    <w:p w14:paraId="3ABEA6B1" w14:textId="77777777" w:rsidR="00FE5C91" w:rsidRDefault="00000000">
      <w:pPr>
        <w:pBdr>
          <w:bottom w:val="single" w:sz="6" w:space="1" w:color="BFBFBF"/>
        </w:pBdr>
        <w:spacing w:before="100" w:after="30" w:line="240" w:lineRule="auto"/>
      </w:pPr>
      <w:r>
        <w:rPr>
          <w:b/>
          <w:sz w:val="20"/>
        </w:rPr>
        <w:t>IMPORTANT</w:t>
      </w:r>
    </w:p>
    <w:p w14:paraId="3F0D9AE2" w14:textId="77777777" w:rsidR="00FE5C91" w:rsidRDefault="00000000">
      <w:pPr>
        <w:spacing w:after="20" w:line="240" w:lineRule="auto"/>
      </w:pPr>
      <w:r>
        <w:t>ALL INCLUSIVE service starts at 15:00 on the arrival date and ends with late breakfast on the check-out date.</w:t>
      </w:r>
    </w:p>
    <w:p w14:paraId="07FBADFE" w14:textId="77777777" w:rsidR="00FE5C91" w:rsidRDefault="00000000">
      <w:pPr>
        <w:spacing w:after="20" w:line="240" w:lineRule="auto"/>
      </w:pPr>
      <w:r>
        <w:t>The hotel reserves the right to change the ALL INCLUSIVE services. There may be changes in the services offered and working hours in the low season or due to weather.</w:t>
      </w:r>
    </w:p>
    <w:sectPr w:rsidR="00FE5C91" w:rsidSect="0003461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088" w:right="850" w:bottom="792" w:left="850" w:header="17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BAC22" w14:textId="77777777" w:rsidR="00A81668" w:rsidRDefault="00A81668">
      <w:pPr>
        <w:spacing w:after="0" w:line="240" w:lineRule="auto"/>
      </w:pPr>
      <w:r>
        <w:separator/>
      </w:r>
    </w:p>
  </w:endnote>
  <w:endnote w:type="continuationSeparator" w:id="0">
    <w:p w14:paraId="45642B0F" w14:textId="77777777" w:rsidR="00A81668" w:rsidRDefault="00A81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6277" w14:textId="77777777" w:rsidR="00FE5C91" w:rsidRDefault="00000000">
    <w:pPr>
      <w:spacing w:after="0" w:line="240" w:lineRule="auto"/>
      <w:jc w:val="center"/>
    </w:pPr>
    <w:r>
      <w:rPr>
        <w:sz w:val="16"/>
      </w:rPr>
      <w:t xml:space="preserve">Hotel </w:t>
    </w:r>
    <w:proofErr w:type="spellStart"/>
    <w:r>
      <w:rPr>
        <w:sz w:val="16"/>
      </w:rPr>
      <w:t>Bendita</w:t>
    </w:r>
    <w:proofErr w:type="spellEnd"/>
    <w:r>
      <w:rPr>
        <w:sz w:val="16"/>
      </w:rPr>
      <w:t xml:space="preserve"> Dunes | All Inclusive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43BCC" w14:textId="77777777" w:rsidR="00A81668" w:rsidRDefault="00A81668">
      <w:pPr>
        <w:spacing w:after="0" w:line="240" w:lineRule="auto"/>
      </w:pPr>
      <w:r>
        <w:separator/>
      </w:r>
    </w:p>
  </w:footnote>
  <w:footnote w:type="continuationSeparator" w:id="0">
    <w:p w14:paraId="649E2138" w14:textId="77777777" w:rsidR="00A81668" w:rsidRDefault="00A81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8803" w14:textId="77777777" w:rsidR="0058643C" w:rsidRDefault="005864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81A5F" w14:textId="77777777" w:rsidR="00FE5C91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2BB90730" wp14:editId="745596B9">
          <wp:extent cx="2423160" cy="65225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ndita Dunes 1 - 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23160" cy="652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E88E92" w14:textId="77777777" w:rsidR="00FE5C91" w:rsidRDefault="00FE5C91">
    <w:pPr>
      <w:spacing w:after="0" w:line="240" w:lineRule="auto"/>
      <w:jc w:val="center"/>
    </w:pPr>
    <w:r>
      <w:rPr>
        <w:b/>
        <w:sz w:val="28"/>
      </w:rPr>
      <w:t>****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DA9CE" w14:textId="77777777" w:rsidR="0058643C" w:rsidRDefault="005864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5919626">
    <w:abstractNumId w:val="8"/>
  </w:num>
  <w:num w:numId="2" w16cid:durableId="278268322">
    <w:abstractNumId w:val="6"/>
  </w:num>
  <w:num w:numId="3" w16cid:durableId="534004261">
    <w:abstractNumId w:val="5"/>
  </w:num>
  <w:num w:numId="4" w16cid:durableId="546841841">
    <w:abstractNumId w:val="4"/>
  </w:num>
  <w:num w:numId="5" w16cid:durableId="1491096109">
    <w:abstractNumId w:val="7"/>
  </w:num>
  <w:num w:numId="6" w16cid:durableId="1366446144">
    <w:abstractNumId w:val="3"/>
  </w:num>
  <w:num w:numId="7" w16cid:durableId="572468488">
    <w:abstractNumId w:val="2"/>
  </w:num>
  <w:num w:numId="8" w16cid:durableId="1050616476">
    <w:abstractNumId w:val="1"/>
  </w:num>
  <w:num w:numId="9" w16cid:durableId="1199315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4C4"/>
    <w:rsid w:val="0006063C"/>
    <w:rsid w:val="0015074B"/>
    <w:rsid w:val="0029639D"/>
    <w:rsid w:val="002B5CD8"/>
    <w:rsid w:val="00326F90"/>
    <w:rsid w:val="00364C77"/>
    <w:rsid w:val="004356F0"/>
    <w:rsid w:val="004C3E32"/>
    <w:rsid w:val="0056437E"/>
    <w:rsid w:val="0058643C"/>
    <w:rsid w:val="00621AA1"/>
    <w:rsid w:val="0067653A"/>
    <w:rsid w:val="00842343"/>
    <w:rsid w:val="0086709B"/>
    <w:rsid w:val="009C312B"/>
    <w:rsid w:val="00A61AEE"/>
    <w:rsid w:val="00A81668"/>
    <w:rsid w:val="00AA1D8D"/>
    <w:rsid w:val="00B47730"/>
    <w:rsid w:val="00BE1676"/>
    <w:rsid w:val="00CB0664"/>
    <w:rsid w:val="00D03DC9"/>
    <w:rsid w:val="00DA40FE"/>
    <w:rsid w:val="00DD7D86"/>
    <w:rsid w:val="00E434EC"/>
    <w:rsid w:val="00EC04EE"/>
    <w:rsid w:val="00F21EE4"/>
    <w:rsid w:val="00FC693F"/>
    <w:rsid w:val="00FE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970F6"/>
  <w14:defaultImageDpi w14:val="300"/>
  <w15:docId w15:val="{17E15E68-9BA7-4272-A420-362F3E50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 w:cs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9305A8-6F0E-4059-A8DE-DED77FE58871}"/>
</file>

<file path=customXml/itemProps3.xml><?xml version="1.0" encoding="utf-8"?>
<ds:datastoreItem xmlns:ds="http://schemas.openxmlformats.org/officeDocument/2006/customXml" ds:itemID="{2CC49E8D-7C9E-4006-AEF4-2D900454FB17}"/>
</file>

<file path=customXml/itemProps4.xml><?xml version="1.0" encoding="utf-8"?>
<ds:datastoreItem xmlns:ds="http://schemas.openxmlformats.org/officeDocument/2006/customXml" ds:itemID="{BB0BE048-B423-4670-960E-6DAC2B9EE6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Bendita Dunes - All Inclusive 2027</dc:title>
  <dc:subject>All Inclusive Concept - Summer 2027</dc:subject>
  <dc:creator>python-docx</dc:creator>
  <cp:keywords>Bendita Dunes, All Inclusive, Summer 2027</cp:keywords>
  <dc:description>generated by python-docx</dc:description>
  <cp:lastModifiedBy>geryy84@gmail.com</cp:lastModifiedBy>
  <cp:revision>3</cp:revision>
  <cp:lastPrinted>2026-07-18T10:19:00Z</cp:lastPrinted>
  <dcterms:created xsi:type="dcterms:W3CDTF">2026-07-16T11:34:00Z</dcterms:created>
  <dcterms:modified xsi:type="dcterms:W3CDTF">2026-07-18T10:20:00Z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